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855" w:rsidRPr="00EF4E0D" w:rsidRDefault="00276D8A" w:rsidP="00276D8A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42B0ADBE" wp14:editId="7B96C5E7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81855" w:rsidRPr="00EF4E0D" w:rsidRDefault="0059337B">
      <w:pPr>
        <w:spacing w:after="0"/>
        <w:rPr>
          <w:lang w:val="ru-RU"/>
        </w:rPr>
      </w:pPr>
      <w:r w:rsidRPr="00EF4E0D">
        <w:rPr>
          <w:b/>
          <w:lang w:val="ru-RU"/>
        </w:rPr>
        <w:t>План проверок членов саморегулируемой организации</w:t>
      </w:r>
    </w:p>
    <w:p w:rsidR="00381855" w:rsidRDefault="0059337B">
      <w:pPr>
        <w:spacing w:after="0"/>
        <w:rPr>
          <w:b/>
          <w:lang w:val="ru-RU"/>
        </w:rPr>
      </w:pPr>
      <w:r w:rsidRPr="00EF4E0D">
        <w:rPr>
          <w:b/>
          <w:lang w:val="ru-RU"/>
        </w:rPr>
        <w:t>Ассоциации «Межрегиональное объединение таврических строителей» на ноябрь 2026 года.</w:t>
      </w:r>
    </w:p>
    <w:p w:rsidR="00EF4E0D" w:rsidRPr="00EF4E0D" w:rsidRDefault="00EF4E0D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381855" w:rsidRDefault="0059337B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ЭНЕРГИЯ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9103001316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298635, Республика Крым, г. Ялта, Парковый пр-д, дом 6А, офис 120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Бьюти-Крым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9103009555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298650, Республика Крым, г. Ялта, пгт. </w:t>
            </w:r>
            <w:r>
              <w:t>Массандра, ул. Умельцев, дом 18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ЭДМ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9103016136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298655, Республика Крым, г.о. Ялта, пгт. Ливадия, ул. Виноградная, дом 6Е, 2-Н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КОМФОРТ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9103066105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298635, Республика Крым, г. Ялта, парк им. </w:t>
            </w:r>
            <w:r>
              <w:t>Гагарина, дом 3, стр.1, пом.10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ТКК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9204554211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298600, Республика Крым, г. Ялта, ул. Дарсановская, дом 6, лит.А, офис 3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КРЫМ-СТРОЙ-ИНВЕСТ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9103073470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298670, Республика Крым, г. Ялта, пгт. Кореиз, ул. Родниковая, дом 14, кв.14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ЛИГА-КРЫМСТРОЙ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9103079810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298609, Республика Крым, г. Ялта, ул. </w:t>
            </w:r>
            <w:r>
              <w:t>Калинникова, дом 2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Сальков А.Г.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910310320724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298607, Республика Крым, г. Ялта, ул. </w:t>
            </w:r>
            <w:r>
              <w:t>Суворовская, дом 21, кв.25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ФГУП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Комплекс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5003005239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 xml:space="preserve">298655, Республика Крым, г.о. Ялта, пгт. Ореанда, ул. Без </w:t>
            </w:r>
            <w:r w:rsidRPr="00EF4E0D">
              <w:rPr>
                <w:lang w:val="ru-RU"/>
              </w:rPr>
              <w:lastRenderedPageBreak/>
              <w:t>названия, зд.34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АРТЛАЙН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9103081671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298600, Республика Крым, г. Ялта, ул. </w:t>
            </w:r>
            <w:r>
              <w:t>Васильева, дом 16, офис 304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СИНТЕЗ-КРЫМ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9103006240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298680, Республика Крым, г. Ялта, ул. Михаила Баранова, дом 8, лит.А, кв.11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АЛИС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9103084288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298600, Республика Крым, г. Ялта, ул. Дарсановская, д. 6, лит.А, офис 5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ГРАНД СИТИ КРЫМ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9103079425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298600, Республика Крым, г. Ялта, набережная Ленина В.И. имени, дом 13, лит.А, офис №7-1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КСК Континент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9103090041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298612, Республика Крым, г. Ялта, ул. </w:t>
            </w:r>
            <w:r>
              <w:t>Изобильная, дом 1а, офис 1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ПОРТАЛ 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9103102890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298600, Республика Крым, г. Ялта, пгт. Виноградное, ш. Южнобережное, дом 70, этаж 2, пом.3, офис 110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КРОНОС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9103004557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298635, Республика Крым, г. Ялта, ул. </w:t>
            </w:r>
            <w:r>
              <w:t>Щербака, здание 1, к.4, офис 407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Алёша Эстейт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9103001193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298635, Республика Крым, г. Ялта, Набережная им. </w:t>
            </w:r>
            <w:r>
              <w:t>Ленина, дом 4, пом.XXIII</w:t>
            </w:r>
          </w:p>
        </w:tc>
      </w:tr>
      <w:tr w:rsidR="00381855" w:rsidTr="0040479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855" w:rsidRPr="00404796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855" w:rsidRPr="00404796" w:rsidRDefault="0059337B">
            <w:pPr>
              <w:spacing w:after="0" w:line="240" w:lineRule="auto"/>
            </w:pPr>
            <w:r w:rsidRPr="00404796"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855" w:rsidRPr="00404796" w:rsidRDefault="00404796" w:rsidP="00404796">
            <w:pPr>
              <w:spacing w:after="0" w:line="240" w:lineRule="auto"/>
              <w:rPr>
                <w:lang w:val="ru-RU"/>
              </w:rPr>
            </w:pPr>
            <w:r>
              <w:t>Левант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855" w:rsidRPr="00404796" w:rsidRDefault="0059337B">
            <w:pPr>
              <w:spacing w:after="0" w:line="240" w:lineRule="auto"/>
            </w:pPr>
            <w:r w:rsidRPr="00404796">
              <w:t>9103003200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855" w:rsidRPr="00404796" w:rsidRDefault="0059337B">
            <w:pPr>
              <w:spacing w:after="0" w:line="240" w:lineRule="auto"/>
            </w:pPr>
            <w:r w:rsidRPr="00404796">
              <w:rPr>
                <w:lang w:val="ru-RU"/>
              </w:rPr>
              <w:t xml:space="preserve">298612, Республика Крым, г. Ялта, ул. </w:t>
            </w:r>
            <w:r w:rsidRPr="00404796">
              <w:t>Киевская, дом 24Б, офис 23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Маяк безопасности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9103008569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298635, Республика Крым, г. Ялта, ул. </w:t>
            </w:r>
            <w:r>
              <w:t>Красноармейская, дом 13, пом.1,3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КРЫМСТРОЙБУР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9103081047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298648, Республика Крым, г. Ялта, пгт. </w:t>
            </w:r>
            <w:r>
              <w:t>Никита, дом 53, корп.1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Крымский вектор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9103002359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298612, Республика Крым, г. Ялта, ул. </w:t>
            </w:r>
            <w:r>
              <w:t>К. Цеткин, дом 23, кв.33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СТРОЙУНИВЕРСАЛ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9103090210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298612, Республика Крым, г. Ялта, ул. </w:t>
            </w:r>
            <w:r>
              <w:t>Рабочая, дом 26, пом.5-8, 5-9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МРИЯ.ПРО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9103069850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298685, Республика Крым, г. Ялта, с. Оползневое, Севастопольское ш., дом 2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АТМОСФЕРА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9103094127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298637, Республика Крым, г. Ялта, ул. </w:t>
            </w:r>
            <w:r>
              <w:t>Кирова, К.2, пом.20Н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Аникеев И.В.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910300062560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298650, Республика Крым, г. Ялта, пгт. Массандра, ул. Совхозная, дом 9А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Море Девелопмент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7729771727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298640, Республика Крым, г.о. Ялта, пгт. Гурзуф, ул. Геологов, зд.7, к.1, помещ.2Н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ЭНКОМ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9103099742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298676, Республика Крым, г.о. Ялта, г. Алупка, ш. Севастопольское, д.79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Инфотехстрой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9102258397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295017, Республика Крым, г. Симферополь, ул. </w:t>
            </w:r>
            <w:r>
              <w:t>Федько, зд.1/35, помещ.5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ЮЖГЕО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9102295021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295001, Республика Крым, г. Симферополь, ул. </w:t>
            </w:r>
            <w:r>
              <w:t>Коммунальная, дом 22/3, этаж 4, офис 404/4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ЗПК-СТРОЙ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6679134654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295003, Республика Крым, г. Симферополь, ул. </w:t>
            </w:r>
            <w:r>
              <w:t>Балаклавская, дом 68, офис 406А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Долиашвили С.Г.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910227941878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295491, Республика Крым, г. Симферополь, пгт. Аэрофлотский, ул. Мальченко, дом 1, кв.35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ГК АРКАДА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9109027649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297560, Республика Крым, м.р-н Симферопольский, с.п. Перовское, с. Перово, ул. </w:t>
            </w:r>
            <w:r>
              <w:t>Ленина, зд.18, помещ.7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ТЕХНОЛОГ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9102273892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295024, Республика Крым, г. Симферополь, ул. </w:t>
            </w:r>
            <w:r>
              <w:t>Севастопольская, зд.62 Б, офис 103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СК АСТИ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9102304815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295010, Республика Крым, г. Симферополь, ул. </w:t>
            </w:r>
            <w:r>
              <w:t>Андижанская, д.64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Инфотехстрой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9102258397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295017, Республика Крым, г. Симферополь, ул. </w:t>
            </w:r>
            <w:r>
              <w:t>Федько, зд.1/35, помещ.5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«Фирма Тандем»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9102156250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295006, Республика Крым, г. Симферополь, ул. </w:t>
            </w:r>
            <w:r>
              <w:t>Казанская, дом 20, к.8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«Формат»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9103095314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298676, Республика Крым, г.о. Ялта, г. Алупка, Севастопольское ш., дом 8, этаж цокольный, пом.1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«Черноморнефтегаз Газификация»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9102298985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295000, Республика Крым, г. Симферополь, проспект Кирова, дом 29/1, офис 408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«Черномортрансгаз»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9102297251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295000, Республика Крым, г. Симферополь, пр-кт Кирова, 52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Шумейко Сергей Васильевич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911014664607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297420, Республика Крым, г. Евпатория, ул. </w:t>
            </w:r>
            <w:r>
              <w:t>Чапаева, дом 55, кв.16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«ЭлитДорСтрой»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9106014715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296108, Республика Крым, г. Джанкой, ул. </w:t>
            </w:r>
            <w:r>
              <w:t>Ленина, дом 65, офис 2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«ЭЛИТСТРОЙ-НОВА»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9102248222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295000, Республика Крым, г. Симферополь, ул. Генерала Васильева, дом 23А, офис 58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Специализированный застройщий «ЭЛИФ»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9102273282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295022, Республика Крым, г. Симферополь, ул. Глинки, дом 57В/2А, помещ.19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«ЭНЕРГО М КРЫМ»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9102227840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295049, Республика Крым, г. Симферополь, 28-я Улица Коллективных Садов, дом 146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«ЭнергоСветСтрой»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9102277424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295047, Республика Крым, г. Симферополь, ул. Героев Сталинграда, дом 10, этаж 3, пом.№6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«ЮГСВЯЗЬМОНТАЖ»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9102013326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295047, Республика Крым, г. Симферополь, ул. </w:t>
            </w:r>
            <w:r>
              <w:t xml:space="preserve">Узловая, дом </w:t>
            </w:r>
            <w:r>
              <w:lastRenderedPageBreak/>
              <w:t>18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«ЮЖНАЯ ЦИТАДЕЛЬ»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9102291997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295051, Республика Крым, г. Симферополь, ул. Генерала Телегина, д. 16 А, помещ.7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«ЮНИКОМ-КРЫМ»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9102159011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295001, Республика Крым, г. Симферополь, ул. </w:t>
            </w:r>
            <w:r>
              <w:t>Крылова, дом 155, комн.18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ПЛЮС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9204023980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299011, Республика Крым, г. Севастополь, ул. </w:t>
            </w:r>
            <w:r>
              <w:t>Гоголя, дом 29, кв.40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ЮГСПЕЦТРАНС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9103067980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298635, Республика Крым, г. Ялта, ул. </w:t>
            </w:r>
            <w:r>
              <w:t>Щербака, дом 1, корпус 4, офис 206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ДЮКЕР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9201007644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299003, Республика Крым, г. Севастополь, ул. Токарева, дом 1, корпус В, офис 1-38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ТЕХПОДРЯД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9102289300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295051, Республика Крым, г. Симферополь, б-р Ленина, д.12, помещ. </w:t>
            </w:r>
            <w:r>
              <w:t>301, кабинет 13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СПС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9204555078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299055, Республика Крым, г. Севастополь, ул. </w:t>
            </w:r>
            <w:r>
              <w:t>Генерала Хрюкина, д.12, кв.58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СМУ-16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9200008571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299045, Республика Крым, г. Севастополь, ул. </w:t>
            </w:r>
            <w:r>
              <w:t>Репина, д.15, каб.1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Левант-2004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9201014779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299040, Республика Крым, г. Севастополь, ул. Индустриальная, дом 3, литера А, пом.20-6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ПОЖТЕХНАДЗОР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9201524191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 xml:space="preserve">299029, Республика Крым, г. Севастополь, ул. Шабалина, зд.27 А, нежилое помещение </w:t>
            </w:r>
            <w:r>
              <w:t>IV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КрымСтройМастер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9201509570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299038, Республика Крым, г. Севастополь, ул. Колобова, дом 34/1, пом.</w:t>
            </w:r>
            <w:r>
              <w:t>XV</w:t>
            </w:r>
            <w:r w:rsidRPr="00EF4E0D">
              <w:rPr>
                <w:lang w:val="ru-RU"/>
              </w:rPr>
              <w:t>, офис 4</w:t>
            </w:r>
          </w:p>
        </w:tc>
      </w:tr>
      <w:tr w:rsidR="00381855" w:rsidRPr="00F32CC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ПТК Каскад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9200016195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Pr="00EF4E0D" w:rsidRDefault="0059337B">
            <w:pPr>
              <w:spacing w:after="0" w:line="240" w:lineRule="auto"/>
              <w:rPr>
                <w:lang w:val="ru-RU"/>
              </w:rPr>
            </w:pPr>
            <w:r w:rsidRPr="00EF4E0D">
              <w:rPr>
                <w:lang w:val="ru-RU"/>
              </w:rPr>
              <w:t>299053, Республика Крым, г. Севастополь, вн.тер.г. муниципальный округ Гагаринский, ш. Фиолентовское, зд.1/2, помещ.</w:t>
            </w:r>
            <w:r>
              <w:t>II</w:t>
            </w:r>
            <w:r w:rsidRPr="00EF4E0D">
              <w:rPr>
                <w:lang w:val="ru-RU"/>
              </w:rPr>
              <w:t>-13, литер М</w:t>
            </w:r>
          </w:p>
        </w:tc>
      </w:tr>
      <w:tr w:rsidR="0038185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38185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СИГАЛ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>
              <w:t>9200001537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855" w:rsidRDefault="0059337B">
            <w:pPr>
              <w:spacing w:after="0" w:line="240" w:lineRule="auto"/>
            </w:pPr>
            <w:r w:rsidRPr="00EF4E0D">
              <w:rPr>
                <w:lang w:val="ru-RU"/>
              </w:rPr>
              <w:t xml:space="preserve">299011, Республика Крым, г. Севастополь, вн.тер.г. Ленинский муниципальный округ, ул. </w:t>
            </w:r>
            <w:r>
              <w:t>Костомаровская/Бутакова, зд. 1 /46, офис 35</w:t>
            </w:r>
          </w:p>
        </w:tc>
      </w:tr>
    </w:tbl>
    <w:p w:rsidR="0059337B" w:rsidRPr="00EF4E0D" w:rsidRDefault="0059337B">
      <w:pPr>
        <w:rPr>
          <w:lang w:val="ru-RU"/>
        </w:rPr>
      </w:pPr>
    </w:p>
    <w:sectPr w:rsidR="0059337B" w:rsidRPr="00EF4E0D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7CE1A74"/>
    <w:multiLevelType w:val="multilevel"/>
    <w:tmpl w:val="FFBA06BC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6D8A"/>
    <w:rsid w:val="0029639D"/>
    <w:rsid w:val="00326F90"/>
    <w:rsid w:val="00381855"/>
    <w:rsid w:val="00404796"/>
    <w:rsid w:val="0059337B"/>
    <w:rsid w:val="00773347"/>
    <w:rsid w:val="00AA1D8D"/>
    <w:rsid w:val="00B47730"/>
    <w:rsid w:val="00CB0664"/>
    <w:rsid w:val="00EF4E0D"/>
    <w:rsid w:val="00F32C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276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276D8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276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276D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D978FB-5631-4D16-AD8D-8B222F323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6</cp:revision>
  <dcterms:created xsi:type="dcterms:W3CDTF">2013-12-23T23:15:00Z</dcterms:created>
  <dcterms:modified xsi:type="dcterms:W3CDTF">2026-09-28T09:24:00Z</dcterms:modified>
  <cp:category/>
</cp:coreProperties>
</file>